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הפותחת במילה לפי הצליל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סימני ניקוד שונים (קמץ, פתח, חיריק, חולם, שורוק, קובוץ, סגול) ואת הצליל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אות, ניקוד וצליל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אות פותחת את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איזה צליל משמיע הניקוד?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אֶ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הניקודים הללו נשמעים כמו הצליל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חיריק נשמע כמו הצליל אִ, לא אוֹ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הניקודים מבטאים את אותו צליל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הפותחת היא האות הראשונה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סימן הניקוד לשם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(סגול)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נכון את האות הפותחת ואת סימן הניקוד שעליה, ומסביר איזה צליל הוא משמיע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המתחילה באות ח, למשל חתול או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אין אפשרות להשמיע קול, יש להקריא את המילים בקול ברור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עם כרטיסיות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שמות הניקוד בקול יחד עם הכיתה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הקשבה למילים וזיהוי האות שבה הן מתחילות, וכן נכיר סימני ניקוד שונים ואת הצליל שהם משמיעים.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איזו אות פותחת את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פותחת את המילה 'בית'?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פותחת את המילה 'ספר'?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פותחת את המילה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פותחת את המילה 'דג'?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אות פותחת את המילה 'חתול'?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אות פותחת את המילה 'ילד'?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איזה צליל משמיע הניקוד?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צליל משמיע הניקוד קָמָץ?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צליל משמיע הניקוד חִירִיק?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צליל משמיע הניקוד חוֹלָם?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צליל משמיע הניקוד סֶגּוֹל?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 נשמעים דומה - בשניהם שומעים את הצליל אַ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חיריק נשמע כמו הצליל אוֹ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שניהם נשמעים כמו הצליל אוּ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הפותחת היא תמיד האות האחרונה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'סוס'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'דג'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'נמר'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הניקוד ִ (קו קטן מתחת לאות)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שנשמע כמו אוּ נקרא שורוק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סימן הניקוד לשם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ַ (קו אחד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ָ (קו עם רגל קטנה)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ִ (קו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ֹ (נקודה מעל האות)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ֶ (שתי נקודות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(שולחן, כיסא, חלון, דלת) וכתבו: באיזו אות היא מתחילה, ומה הניקוד שמופיע באות הראשונה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אות פותחת את המילה 'ספר'?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צליל משמיע הניקוד חיריק?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 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אות, ניקוד וצליל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