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אות, ניקוד וצליל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הפותחת במילה לפי הצליל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סימני ניקוד שונים (קמץ, פתח, חיריק, חולם, שורוק, קובוץ, סגול) ואת הצליל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אות, ניקוד וצליל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איזו אות פותחת את המילה?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איזה צליל משמיע הניקוד?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אֶ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הניקודים הללו נשמעים כמו הצליל אַ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חיריק נשמע כמו הצליל אִ, לא אוֹ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הניקודים מבטאים את אותו צליל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הפותחת היא האות הראשונה במילה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קובוץ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סימן הניקוד לשם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(סגול)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מילה, מזהה נכון את האות הפותחת ואת סימן הניקוד שעליה, ומסביר איזה צליל הוא משמיע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תקינה המתחילה באות ח, למשל חתול או 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אין אפשרות להשמיע קול, יש להקריא את המילים בקול ברור לפני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בעבודה בזוגות עם כרטיסיות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שמות הניקוד בקול יחד עם הכיתה לפני תחילת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אות, ניקוד וצליל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להקשיב למילה ולדעת באיזו אות היא מתחילה. גם נכיר סימנים קטנים שנקראים ניקוד.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פותחת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הראשונה שבה מתחילה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ליד האות שעוזרים לקרוא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קָמָץ / פֶּתַח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שנשמע כמו הצליל אַ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חִירִיק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שנשמע כמו הצליל אִ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חוֹלָם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שנשמע כמו הצליל אוֹ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שׁוּרוּק / קוּבּוּץ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שנשמע כמו הצליל אוּ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סֶגּוֹל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שנשמע כמו הצליל אֶ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איזו אות פותחת את המילה?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במילה בית - איזו אות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במילה ספר - איזו אות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במילה כלב - איזו אות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במילה דג - איזו אות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במילה חתול - איזו אות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במילה ילד - איזו אות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איזה צליל משמיע הניקוד?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קמץ נשמע כמו איזה צליל?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חיריק נשמע כמו איזה צליל?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אֶ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חולם נשמע כמו איזה צליל?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אֶ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סגול נשמע כמו איזה צליל?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אֶ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אִ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קמץ ופתח נשמעים דומה - בשניהם שומעים את הצליל אַ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חיריק נשמע כמו הצליל אוֹ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וקובוץ שניהם נשמעים כמו הצליל אוּ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הפותחת היא תמיד האות האחרונה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'סוס' מתחילה באות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'דג' מתחילה באות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'נמר' מתחילה באות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הניקוד ִ (קו קטן מתחת לאות)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הניקוד שנשמע כמו אוּ נקרא שורוק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סימן הניקוד לשם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ַ (קו אחד מתחת לאות)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ָ (קו עם רגל קטנה)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ִ (קו מתחת לאות)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ֹ (נקודה מעל האות)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ֶ (שתי נקודות מתחת לאות)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חיריק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אחת (שולחן, כיסא, חלון, דלת) וכתבו: באיזו אות היא מתחילה, ומה הניקוד שמופיע באות הראשונה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אות פותחת את המילה 'ספר'?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צליל משמיע הניקוד חיריק?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שמתחילה באות 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אות, ניקוד וצליל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