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אות, ניקוד וצליל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האות הפותחת במילה לפי הצליל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סימני ניקוד שונים (קמץ, פתח, חיריק, חולם, שורוק, קובוץ, סגול) ואת הצליל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אות, ניקוד וצליל במילים פשוטות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איזו אות פותחת את המילה?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איזה צליל משמיע הניקוד?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אִ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שני הניקודים הללו נשמעים כמו הצליל אַ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חיריק נשמע כמו הצליל אִ, לא אוֹ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בין סימן הניקוד לשם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(פתח)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(חיריק)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מילה, מזהה נכון את האות הפותחת ואת סימן הניקוד שעליה, ומסביר איזה צליל הוא משמיע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אִ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תקינה המתחילה באות ח, למשל חתול או חלון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אם אין אפשרות להשמיע קול, יש להקריא את המילים בקול ברור לפני 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בעבודה בזוגות עם כרטיסיות 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שמות הניקוד בקול יחד עם הכיתה לפני תחילת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אות, ניקוד וצליל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הקשבה למילים וזיהוי האות שבה הן מתחילות, וכן נכיר סימני ניקוד שונים ואת הצליל שהם משמיעים.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  ·  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איזו אות פותחת את המילה?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אות פותחת את המילה 'בית'?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אות פותחת את המילה 'ספר'?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אות פותחת את המילה 'כלב'?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איזה צליל משמיע הניקוד?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צליל משמיע הניקוד קָמָץ?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אִ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צליל משמיע הניקוד חִירִיק?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אֶ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אִ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קמץ ופתח נשמעים דומה - בשניהם שומעים את הצליל אַ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חיריק נשמע כמו הצליל אוֹ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'סוס' מתחילה באות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'דג' מתחילה באות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התאימו בין סימן הניקוד לשם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ַ (קו אחד מתחת לאות)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חיריק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ָ (קו עם רגל קטנה)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פתח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ִ (קו מתחת לאות)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קמץ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מילה אחת (שולחן, כיסא, חלון, דלת) וכתבו: באיזו אות היא מתחילה, ומה הניקוד שמופיע באות הראשונה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איזו אות פותחת את המילה 'ספר'?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צליל משמיע הניקוד חיריק?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אות, ניקוד וצליל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